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F1215"/>
          <w:sz w:val="36"/>
        </w:rPr>
        <w:t>[Your agency name]</w:t>
      </w:r>
    </w:p>
    <w:p>
      <w:pPr>
        <w:spacing w:after="200"/>
      </w:pPr>
      <w:r>
        <w:rPr>
          <w:b w:val="0"/>
          <w:color w:val="5B666E"/>
          <w:sz w:val="18"/>
        </w:rPr>
        <w:t>[Address, city]   [Phone]   [Email]   GSTIN [if registered]</w:t>
      </w:r>
    </w:p>
    <w:p>
      <w:pPr>
        <w:spacing w:after="160"/>
      </w:pPr>
      <w:r>
        <w:rPr>
          <w:b/>
          <w:color w:val="D2450A"/>
          <w:sz w:val="32"/>
        </w:rPr>
        <w:t>Quotation</w:t>
      </w:r>
    </w:p>
    <w:tbl>
      <w:tblPr>
        <w:tblStyle w:val="TableGrid"/>
        <w:tblW w:type="auto" w:w="0"/>
        <w:jc w:val="left"/>
        <w:tblLook w:firstColumn="1" w:firstRow="1" w:lastColumn="0" w:lastRow="0" w:noHBand="0" w:noVBand="1" w:val="04A0"/>
      </w:tblPr>
      <w:tblGrid>
        <w:gridCol w:w="4986"/>
        <w:gridCol w:w="4986"/>
      </w:tblGrid>
      <w:tr>
        <w:tc>
          <w:tcPr>
            <w:tcW w:type="dxa" w:w="2835"/>
          </w:tcPr>
          <w:p>
            <w:r/>
            <w:r>
              <w:rPr>
                <w:b/>
                <w:color w:val="5B666E"/>
                <w:sz w:val="19"/>
              </w:rPr>
            </w:r>
          </w:p>
        </w:tc>
        <w:tc>
          <w:tcPr>
            <w:tcW w:type="dxa" w:w="6803"/>
          </w:tcPr>
          <w:p>
            <w:r/>
            <w:r>
              <w:rPr>
                <w:b/>
                <w:color w:val="5B666E"/>
                <w:sz w:val="19"/>
              </w:rPr>
            </w:r>
          </w:p>
        </w:tc>
      </w:tr>
      <w:tr>
        <w:tc>
          <w:tcPr>
            <w:tcW w:type="dxa" w:w="2835"/>
          </w:tcPr>
          <w:p>
            <w:r>
              <w:t>Quotation no.</w:t>
            </w:r>
          </w:p>
        </w:tc>
        <w:tc>
          <w:tcPr>
            <w:tcW w:type="dxa" w:w="6803"/>
          </w:tcPr>
          <w:p>
            <w:r>
              <w:t>[e.g. Q-2627-001]</w:t>
            </w:r>
          </w:p>
        </w:tc>
      </w:tr>
      <w:tr>
        <w:tc>
          <w:tcPr>
            <w:tcW w:type="dxa" w:w="2835"/>
          </w:tcPr>
          <w:p>
            <w:r>
              <w:t>Date</w:t>
            </w:r>
          </w:p>
        </w:tc>
        <w:tc>
          <w:tcPr>
            <w:tcW w:type="dxa" w:w="6803"/>
          </w:tcPr>
          <w:p>
            <w:r>
              <w:t>[date]</w:t>
            </w:r>
          </w:p>
        </w:tc>
      </w:tr>
      <w:tr>
        <w:tc>
          <w:tcPr>
            <w:tcW w:type="dxa" w:w="2835"/>
          </w:tcPr>
          <w:p>
            <w:r>
              <w:t>Valid until</w:t>
            </w:r>
          </w:p>
        </w:tc>
        <w:tc>
          <w:tcPr>
            <w:tcW w:type="dxa" w:w="6803"/>
          </w:tcPr>
          <w:p>
            <w:r>
              <w:t>[date]</w:t>
            </w:r>
          </w:p>
        </w:tc>
      </w:tr>
      <w:tr>
        <w:tc>
          <w:tcPr>
            <w:tcW w:type="dxa" w:w="2835"/>
          </w:tcPr>
          <w:p>
            <w:r>
              <w:t>Prepared for</w:t>
            </w:r>
          </w:p>
        </w:tc>
        <w:tc>
          <w:tcPr>
            <w:tcW w:type="dxa" w:w="6803"/>
          </w:tcPr>
          <w:p>
            <w:r>
              <w:t>[Customer name, phone]</w:t>
            </w:r>
          </w:p>
        </w:tc>
      </w:tr>
      <w:tr>
        <w:tc>
          <w:tcPr>
            <w:tcW w:type="dxa" w:w="2835"/>
          </w:tcPr>
          <w:p>
            <w:r>
              <w:t>Destination</w:t>
            </w:r>
          </w:p>
        </w:tc>
        <w:tc>
          <w:tcPr>
            <w:tcW w:type="dxa" w:w="6803"/>
          </w:tcPr>
          <w:p>
            <w:r>
              <w:t>[e.g. Kerala: Kochi, Munnar and Alleppey]</w:t>
            </w:r>
          </w:p>
        </w:tc>
      </w:tr>
      <w:tr>
        <w:tc>
          <w:tcPr>
            <w:tcW w:type="dxa" w:w="2835"/>
          </w:tcPr>
          <w:p>
            <w:r>
              <w:t>Travel dates</w:t>
            </w:r>
          </w:p>
        </w:tc>
        <w:tc>
          <w:tcPr>
            <w:tcW w:type="dxa" w:w="6803"/>
          </w:tcPr>
          <w:p>
            <w:r>
              <w:t>[e.g. 12-17 Nov 2026], [5 nights]</w:t>
            </w:r>
          </w:p>
        </w:tc>
      </w:tr>
      <w:tr>
        <w:tc>
          <w:tcPr>
            <w:tcW w:type="dxa" w:w="2835"/>
          </w:tcPr>
          <w:p>
            <w:r>
              <w:t>Travellers</w:t>
            </w:r>
          </w:p>
        </w:tc>
        <w:tc>
          <w:tcPr>
            <w:tcW w:type="dxa" w:w="6803"/>
          </w:tcPr>
          <w:p>
            <w:r>
              <w:t>[e.g. 2 adults, 2 children aged 6 and 10]</w:t>
            </w:r>
          </w:p>
        </w:tc>
      </w:tr>
    </w:tbl>
    <w:p/>
    <w:p>
      <w:pPr>
        <w:spacing w:after="120"/>
      </w:pPr>
      <w:r>
        <w:rPr>
          <w:b/>
          <w:color w:val="D2450A"/>
          <w:sz w:val="26"/>
        </w:rPr>
        <w:t>Your trip, day by day</w:t>
      </w:r>
    </w:p>
    <w:tbl>
      <w:tblPr>
        <w:tblStyle w:val="TableGrid"/>
        <w:tblW w:type="auto" w:w="0"/>
        <w:jc w:val="left"/>
        <w:tblLook w:firstColumn="1" w:firstRow="1" w:lastColumn="0" w:lastRow="0" w:noHBand="0" w:noVBand="1" w:val="04A0"/>
      </w:tblPr>
      <w:tblGrid>
        <w:gridCol w:w="3324"/>
        <w:gridCol w:w="3324"/>
        <w:gridCol w:w="3324"/>
      </w:tblGrid>
      <w:tr>
        <w:tc>
          <w:tcPr>
            <w:tcW w:type="dxa" w:w="1134"/>
          </w:tcPr>
          <w:p>
            <w:r/>
            <w:r>
              <w:rPr>
                <w:b/>
                <w:color w:val="5B666E"/>
                <w:sz w:val="19"/>
              </w:rPr>
              <w:t>Day</w:t>
            </w:r>
          </w:p>
        </w:tc>
        <w:tc>
          <w:tcPr>
            <w:tcW w:type="dxa" w:w="6236"/>
          </w:tcPr>
          <w:p>
            <w:r/>
            <w:r>
              <w:rPr>
                <w:b/>
                <w:color w:val="5B666E"/>
                <w:sz w:val="19"/>
              </w:rPr>
              <w:t>Plan</w:t>
            </w:r>
          </w:p>
        </w:tc>
        <w:tc>
          <w:tcPr>
            <w:tcW w:type="dxa" w:w="2268"/>
          </w:tcPr>
          <w:p>
            <w:r/>
            <w:r>
              <w:rPr>
                <w:b/>
                <w:color w:val="5B666E"/>
                <w:sz w:val="19"/>
              </w:rPr>
              <w:t>Overnight at</w:t>
            </w:r>
          </w:p>
        </w:tc>
      </w:tr>
      <w:tr>
        <w:tc>
          <w:tcPr>
            <w:tcW w:type="dxa" w:w="1134"/>
          </w:tcPr>
          <w:p>
            <w:r>
              <w:t>Day 1</w:t>
            </w:r>
          </w:p>
        </w:tc>
        <w:tc>
          <w:tcPr>
            <w:tcW w:type="dxa" w:w="6236"/>
          </w:tcPr>
          <w:p>
            <w:r>
              <w:t>[ ]</w:t>
            </w:r>
          </w:p>
        </w:tc>
        <w:tc>
          <w:tcPr>
            <w:tcW w:type="dxa" w:w="2268"/>
          </w:tcPr>
          <w:p>
            <w:r>
              <w:t>[ ]</w:t>
            </w:r>
          </w:p>
        </w:tc>
      </w:tr>
      <w:tr>
        <w:tc>
          <w:tcPr>
            <w:tcW w:type="dxa" w:w="1134"/>
          </w:tcPr>
          <w:p>
            <w:r>
              <w:t>Day 2</w:t>
            </w:r>
          </w:p>
        </w:tc>
        <w:tc>
          <w:tcPr>
            <w:tcW w:type="dxa" w:w="6236"/>
          </w:tcPr>
          <w:p>
            <w:r>
              <w:t>[ ]</w:t>
            </w:r>
          </w:p>
        </w:tc>
        <w:tc>
          <w:tcPr>
            <w:tcW w:type="dxa" w:w="2268"/>
          </w:tcPr>
          <w:p>
            <w:r>
              <w:t>[ ]</w:t>
            </w:r>
          </w:p>
        </w:tc>
      </w:tr>
      <w:tr>
        <w:tc>
          <w:tcPr>
            <w:tcW w:type="dxa" w:w="1134"/>
          </w:tcPr>
          <w:p>
            <w:r>
              <w:t>Day 3</w:t>
            </w:r>
          </w:p>
        </w:tc>
        <w:tc>
          <w:tcPr>
            <w:tcW w:type="dxa" w:w="6236"/>
          </w:tcPr>
          <w:p>
            <w:r>
              <w:t>[ ]</w:t>
            </w:r>
          </w:p>
        </w:tc>
        <w:tc>
          <w:tcPr>
            <w:tcW w:type="dxa" w:w="2268"/>
          </w:tcPr>
          <w:p>
            <w:r>
              <w:t>[ ]</w:t>
            </w:r>
          </w:p>
        </w:tc>
      </w:tr>
      <w:tr>
        <w:tc>
          <w:tcPr>
            <w:tcW w:type="dxa" w:w="1134"/>
          </w:tcPr>
          <w:p>
            <w:r>
              <w:t>Day 4</w:t>
            </w:r>
          </w:p>
        </w:tc>
        <w:tc>
          <w:tcPr>
            <w:tcW w:type="dxa" w:w="6236"/>
          </w:tcPr>
          <w:p>
            <w:r>
              <w:t>[ ]</w:t>
            </w:r>
          </w:p>
        </w:tc>
        <w:tc>
          <w:tcPr>
            <w:tcW w:type="dxa" w:w="2268"/>
          </w:tcPr>
          <w:p>
            <w:r>
              <w:t>[ ]</w:t>
            </w:r>
          </w:p>
        </w:tc>
      </w:tr>
      <w:tr>
        <w:tc>
          <w:tcPr>
            <w:tcW w:type="dxa" w:w="1134"/>
          </w:tcPr>
          <w:p>
            <w:r>
              <w:t>Day 5</w:t>
            </w:r>
          </w:p>
        </w:tc>
        <w:tc>
          <w:tcPr>
            <w:tcW w:type="dxa" w:w="6236"/>
          </w:tcPr>
          <w:p>
            <w:r>
              <w:t>[ ]</w:t>
            </w:r>
          </w:p>
        </w:tc>
        <w:tc>
          <w:tcPr>
            <w:tcW w:type="dxa" w:w="2268"/>
          </w:tcPr>
          <w:p>
            <w:r>
              <w:t>[ ]</w:t>
            </w:r>
          </w:p>
        </w:tc>
      </w:tr>
      <w:tr>
        <w:tc>
          <w:tcPr>
            <w:tcW w:type="dxa" w:w="1134"/>
          </w:tcPr>
          <w:p>
            <w:r>
              <w:t>Day 6</w:t>
            </w:r>
          </w:p>
        </w:tc>
        <w:tc>
          <w:tcPr>
            <w:tcW w:type="dxa" w:w="6236"/>
          </w:tcPr>
          <w:p>
            <w:r>
              <w:t>[ ]</w:t>
            </w:r>
          </w:p>
        </w:tc>
        <w:tc>
          <w:tcPr>
            <w:tcW w:type="dxa" w:w="2268"/>
          </w:tcPr>
          <w:p>
            <w:r>
              <w:t>[ ]</w:t>
            </w:r>
          </w:p>
        </w:tc>
      </w:tr>
    </w:tbl>
    <w:p/>
    <w:p>
      <w:pPr>
        <w:spacing w:after="120"/>
      </w:pPr>
      <w:r>
        <w:rPr>
          <w:b/>
          <w:color w:val="D2450A"/>
          <w:sz w:val="26"/>
        </w:rPr>
        <w:t>Hotels</w:t>
      </w:r>
    </w:p>
    <w:tbl>
      <w:tblPr>
        <w:tblStyle w:val="TableGrid"/>
        <w:tblW w:type="auto" w:w="0"/>
        <w:jc w:val="left"/>
        <w:tblLook w:firstColumn="1" w:firstRow="1" w:lastColumn="0" w:lastRow="0" w:noHBand="0" w:noVBand="1" w:val="04A0"/>
      </w:tblPr>
      <w:tblGrid>
        <w:gridCol w:w="1994"/>
        <w:gridCol w:w="1994"/>
        <w:gridCol w:w="1994"/>
        <w:gridCol w:w="1994"/>
        <w:gridCol w:w="1994"/>
      </w:tblGrid>
      <w:tr>
        <w:tc>
          <w:tcPr>
            <w:tcW w:type="dxa" w:w="1994"/>
          </w:tcPr>
          <w:p>
            <w:r/>
            <w:r>
              <w:rPr>
                <w:b/>
                <w:color w:val="5B666E"/>
                <w:sz w:val="19"/>
              </w:rPr>
              <w:t>City</w:t>
            </w:r>
          </w:p>
        </w:tc>
        <w:tc>
          <w:tcPr>
            <w:tcW w:type="dxa" w:w="1994"/>
          </w:tcPr>
          <w:p>
            <w:r/>
            <w:r>
              <w:rPr>
                <w:b/>
                <w:color w:val="5B666E"/>
                <w:sz w:val="19"/>
              </w:rPr>
              <w:t>Hotel</w:t>
            </w:r>
          </w:p>
        </w:tc>
        <w:tc>
          <w:tcPr>
            <w:tcW w:type="dxa" w:w="1994"/>
          </w:tcPr>
          <w:p>
            <w:r/>
            <w:r>
              <w:rPr>
                <w:b/>
                <w:color w:val="5B666E"/>
                <w:sz w:val="19"/>
              </w:rPr>
              <w:t>Room type</w:t>
            </w:r>
          </w:p>
        </w:tc>
        <w:tc>
          <w:tcPr>
            <w:tcW w:type="dxa" w:w="1994"/>
          </w:tcPr>
          <w:p>
            <w:r/>
            <w:r>
              <w:rPr>
                <w:b/>
                <w:color w:val="5B666E"/>
                <w:sz w:val="19"/>
              </w:rPr>
              <w:t>Meal plan</w:t>
            </w:r>
          </w:p>
        </w:tc>
        <w:tc>
          <w:tcPr>
            <w:tcW w:type="dxa" w:w="1994"/>
          </w:tcPr>
          <w:p>
            <w:r/>
            <w:r>
              <w:rPr>
                <w:b/>
                <w:color w:val="5B666E"/>
                <w:sz w:val="19"/>
              </w:rPr>
              <w:t>Nights</w:t>
            </w:r>
          </w:p>
        </w:tc>
      </w:tr>
      <w:tr>
        <w:tc>
          <w:tcPr>
            <w:tcW w:type="dxa" w:w="1994"/>
          </w:tcPr>
          <w:p>
            <w:r>
              <w:t>[ ]</w:t>
            </w:r>
          </w:p>
        </w:tc>
        <w:tc>
          <w:tcPr>
            <w:tcW w:type="dxa" w:w="1994"/>
          </w:tcPr>
          <w:p>
            <w:r>
              <w:t>[ ]</w:t>
            </w:r>
          </w:p>
        </w:tc>
        <w:tc>
          <w:tcPr>
            <w:tcW w:type="dxa" w:w="1994"/>
          </w:tcPr>
          <w:p>
            <w:r>
              <w:t>[ ]</w:t>
            </w:r>
          </w:p>
        </w:tc>
        <w:tc>
          <w:tcPr>
            <w:tcW w:type="dxa" w:w="1994"/>
          </w:tcPr>
          <w:p>
            <w:r>
              <w:t>[ ]</w:t>
            </w:r>
          </w:p>
        </w:tc>
        <w:tc>
          <w:tcPr>
            <w:tcW w:type="dxa" w:w="1994"/>
          </w:tcPr>
          <w:p>
            <w:r>
              <w:t>[ ]</w:t>
            </w:r>
          </w:p>
        </w:tc>
      </w:tr>
      <w:tr>
        <w:tc>
          <w:tcPr>
            <w:tcW w:type="dxa" w:w="1994"/>
          </w:tcPr>
          <w:p>
            <w:r>
              <w:t>[ ]</w:t>
            </w:r>
          </w:p>
        </w:tc>
        <w:tc>
          <w:tcPr>
            <w:tcW w:type="dxa" w:w="1994"/>
          </w:tcPr>
          <w:p>
            <w:r>
              <w:t>[ ]</w:t>
            </w:r>
          </w:p>
        </w:tc>
        <w:tc>
          <w:tcPr>
            <w:tcW w:type="dxa" w:w="1994"/>
          </w:tcPr>
          <w:p>
            <w:r>
              <w:t>[ ]</w:t>
            </w:r>
          </w:p>
        </w:tc>
        <w:tc>
          <w:tcPr>
            <w:tcW w:type="dxa" w:w="1994"/>
          </w:tcPr>
          <w:p>
            <w:r>
              <w:t>[ ]</w:t>
            </w:r>
          </w:p>
        </w:tc>
        <w:tc>
          <w:tcPr>
            <w:tcW w:type="dxa" w:w="1994"/>
          </w:tcPr>
          <w:p>
            <w:r>
              <w:t>[ ]</w:t>
            </w:r>
          </w:p>
        </w:tc>
      </w:tr>
      <w:tr>
        <w:tc>
          <w:tcPr>
            <w:tcW w:type="dxa" w:w="1994"/>
          </w:tcPr>
          <w:p>
            <w:r>
              <w:t>[ ]</w:t>
            </w:r>
          </w:p>
        </w:tc>
        <w:tc>
          <w:tcPr>
            <w:tcW w:type="dxa" w:w="1994"/>
          </w:tcPr>
          <w:p>
            <w:r>
              <w:t>[ ]</w:t>
            </w:r>
          </w:p>
        </w:tc>
        <w:tc>
          <w:tcPr>
            <w:tcW w:type="dxa" w:w="1994"/>
          </w:tcPr>
          <w:p>
            <w:r>
              <w:t>[ ]</w:t>
            </w:r>
          </w:p>
        </w:tc>
        <w:tc>
          <w:tcPr>
            <w:tcW w:type="dxa" w:w="1994"/>
          </w:tcPr>
          <w:p>
            <w:r>
              <w:t>[ ]</w:t>
            </w:r>
          </w:p>
        </w:tc>
        <w:tc>
          <w:tcPr>
            <w:tcW w:type="dxa" w:w="1994"/>
          </w:tcPr>
          <w:p>
            <w:r>
              <w:t>[ ]</w:t>
            </w:r>
          </w:p>
        </w:tc>
      </w:tr>
    </w:tbl>
    <w:p/>
    <w:p>
      <w:pPr>
        <w:spacing w:after="120"/>
      </w:pPr>
      <w:r>
        <w:rPr>
          <w:b/>
          <w:color w:val="D2450A"/>
          <w:sz w:val="26"/>
        </w:rPr>
        <w:t>Transport and flights</w:t>
      </w:r>
    </w:p>
    <w:tbl>
      <w:tblPr>
        <w:tblStyle w:val="TableGrid"/>
        <w:tblW w:type="auto" w:w="0"/>
        <w:jc w:val="left"/>
        <w:tblLook w:firstColumn="1" w:firstRow="1" w:lastColumn="0" w:lastRow="0" w:noHBand="0" w:noVBand="1" w:val="04A0"/>
      </w:tblPr>
      <w:tblGrid>
        <w:gridCol w:w="4986"/>
        <w:gridCol w:w="4986"/>
      </w:tblGrid>
      <w:tr>
        <w:tc>
          <w:tcPr>
            <w:tcW w:type="dxa" w:w="2835"/>
          </w:tcPr>
          <w:p>
            <w:r/>
            <w:r>
              <w:rPr>
                <w:b/>
                <w:color w:val="5B666E"/>
                <w:sz w:val="19"/>
              </w:rPr>
              <w:t>What</w:t>
            </w:r>
          </w:p>
        </w:tc>
        <w:tc>
          <w:tcPr>
            <w:tcW w:type="dxa" w:w="6803"/>
          </w:tcPr>
          <w:p>
            <w:r/>
            <w:r>
              <w:rPr>
                <w:b/>
                <w:color w:val="5B666E"/>
                <w:sz w:val="19"/>
              </w:rPr>
              <w:t>Details</w:t>
            </w:r>
          </w:p>
        </w:tc>
      </w:tr>
      <w:tr>
        <w:tc>
          <w:tcPr>
            <w:tcW w:type="dxa" w:w="2835"/>
          </w:tcPr>
          <w:p>
            <w:r>
              <w:t>Flights</w:t>
            </w:r>
          </w:p>
        </w:tc>
        <w:tc>
          <w:tcPr>
            <w:tcW w:type="dxa" w:w="6803"/>
          </w:tcPr>
          <w:p>
            <w:r>
              <w:t>[airline, times, or 'not included']</w:t>
            </w:r>
          </w:p>
        </w:tc>
      </w:tr>
      <w:tr>
        <w:tc>
          <w:tcPr>
            <w:tcW w:type="dxa" w:w="2835"/>
          </w:tcPr>
          <w:p>
            <w:r>
              <w:t>Transfers and sightseeing</w:t>
            </w:r>
          </w:p>
        </w:tc>
        <w:tc>
          <w:tcPr>
            <w:tcW w:type="dxa" w:w="6803"/>
          </w:tcPr>
          <w:p>
            <w:r>
              <w:t>[vehicle type, private or shared]</w:t>
            </w:r>
          </w:p>
        </w:tc>
      </w:tr>
    </w:tbl>
    <w:p/>
    <w:p>
      <w:pPr>
        <w:spacing w:after="120"/>
      </w:pPr>
      <w:r>
        <w:rPr>
          <w:b/>
          <w:color w:val="D2450A"/>
          <w:sz w:val="26"/>
        </w:rPr>
        <w:t>Price</w:t>
      </w:r>
    </w:p>
    <w:tbl>
      <w:tblPr>
        <w:tblStyle w:val="TableGrid"/>
        <w:tblW w:type="auto" w:w="0"/>
        <w:jc w:val="left"/>
        <w:tblLook w:firstColumn="1" w:firstRow="1" w:lastColumn="0" w:lastRow="0" w:noHBand="0" w:noVBand="1" w:val="04A0"/>
      </w:tblPr>
      <w:tblGrid>
        <w:gridCol w:w="4986"/>
        <w:gridCol w:w="4986"/>
      </w:tblGrid>
      <w:tr>
        <w:tc>
          <w:tcPr>
            <w:tcW w:type="dxa" w:w="4535"/>
          </w:tcPr>
          <w:p>
            <w:r/>
            <w:r>
              <w:rPr>
                <w:b/>
                <w:color w:val="5B666E"/>
                <w:sz w:val="19"/>
              </w:rPr>
            </w:r>
          </w:p>
        </w:tc>
        <w:tc>
          <w:tcPr>
            <w:tcW w:type="dxa" w:w="5102"/>
          </w:tcPr>
          <w:p>
            <w:r/>
            <w:r>
              <w:rPr>
                <w:b/>
                <w:color w:val="5B666E"/>
                <w:sz w:val="19"/>
              </w:rPr>
              <w:t>Amount</w:t>
            </w:r>
          </w:p>
        </w:tc>
      </w:tr>
      <w:tr>
        <w:tc>
          <w:tcPr>
            <w:tcW w:type="dxa" w:w="4535"/>
          </w:tcPr>
          <w:p>
            <w:r>
              <w:t>Per adult</w:t>
            </w:r>
          </w:p>
        </w:tc>
        <w:tc>
          <w:tcPr>
            <w:tcW w:type="dxa" w:w="5102"/>
          </w:tcPr>
          <w:p>
            <w:r>
              <w:t>[ ]</w:t>
            </w:r>
          </w:p>
        </w:tc>
      </w:tr>
      <w:tr>
        <w:tc>
          <w:tcPr>
            <w:tcW w:type="dxa" w:w="4535"/>
          </w:tcPr>
          <w:p>
            <w:r>
              <w:t>Per child</w:t>
            </w:r>
          </w:p>
        </w:tc>
        <w:tc>
          <w:tcPr>
            <w:tcW w:type="dxa" w:w="5102"/>
          </w:tcPr>
          <w:p>
            <w:r>
              <w:t>[ ]</w:t>
            </w:r>
          </w:p>
        </w:tc>
      </w:tr>
      <w:tr>
        <w:tc>
          <w:tcPr>
            <w:tcW w:type="dxa" w:w="4535"/>
          </w:tcPr>
          <w:p>
            <w:r>
              <w:t>Trip total</w:t>
            </w:r>
          </w:p>
        </w:tc>
        <w:tc>
          <w:tcPr>
            <w:tcW w:type="dxa" w:w="5102"/>
          </w:tcPr>
          <w:p>
            <w:r>
              <w:t>[ ]</w:t>
            </w:r>
          </w:p>
        </w:tc>
      </w:tr>
    </w:tbl>
    <w:p/>
    <w:p>
      <w:pPr>
        <w:spacing w:after="200"/>
      </w:pPr>
      <w:r>
        <w:rPr>
          <w:b w:val="0"/>
          <w:color w:val="5B666E"/>
          <w:sz w:val="18"/>
        </w:rPr>
        <w:t>[Say whether GST is included, and at what rate, as your CA advises. For an overseas package, TCS is collected on top at the rate in force on the payment date.]</w:t>
      </w:r>
    </w:p>
    <w:p>
      <w:pPr>
        <w:spacing w:after="120"/>
      </w:pPr>
      <w:r>
        <w:rPr>
          <w:b/>
          <w:color w:val="D2450A"/>
          <w:sz w:val="26"/>
        </w:rPr>
        <w:t>Inclusions</w:t>
      </w:r>
    </w:p>
    <w:p>
      <w:pPr>
        <w:pStyle w:val="ListBullet"/>
      </w:pPr>
      <w:r>
        <w:t>[ ]</w:t>
      </w:r>
    </w:p>
    <w:p>
      <w:pPr>
        <w:pStyle w:val="ListBullet"/>
      </w:pPr>
      <w:r>
        <w:t>[ ]</w:t>
      </w:r>
    </w:p>
    <w:p>
      <w:pPr>
        <w:pStyle w:val="ListBullet"/>
      </w:pPr>
      <w:r>
        <w:t>[ ]</w:t>
      </w:r>
    </w:p>
    <w:p>
      <w:pPr>
        <w:spacing w:after="120"/>
      </w:pPr>
      <w:r>
        <w:rPr>
          <w:b/>
          <w:color w:val="D2450A"/>
          <w:sz w:val="26"/>
        </w:rPr>
        <w:t>Exclusions</w:t>
      </w:r>
    </w:p>
    <w:p>
      <w:pPr>
        <w:pStyle w:val="ListBullet"/>
      </w:pPr>
      <w:r>
        <w:t>[ ]</w:t>
      </w:r>
    </w:p>
    <w:p>
      <w:pPr>
        <w:pStyle w:val="ListBullet"/>
      </w:pPr>
      <w:r>
        <w:t>[ ]</w:t>
      </w:r>
    </w:p>
    <w:p>
      <w:pPr>
        <w:pStyle w:val="ListBullet"/>
      </w:pPr>
      <w:r>
        <w:t>[ ]</w:t>
      </w:r>
    </w:p>
    <w:p>
      <w:pPr>
        <w:spacing w:after="120"/>
      </w:pPr>
      <w:r>
        <w:rPr>
          <w:b/>
          <w:color w:val="D2450A"/>
          <w:sz w:val="26"/>
        </w:rPr>
        <w:t>Payment schedule</w:t>
      </w:r>
    </w:p>
    <w:tbl>
      <w:tblPr>
        <w:tblStyle w:val="TableGrid"/>
        <w:tblW w:type="auto" w:w="0"/>
        <w:jc w:val="left"/>
        <w:tblLook w:firstColumn="1" w:firstRow="1" w:lastColumn="0" w:lastRow="0" w:noHBand="0" w:noVBand="1" w:val="04A0"/>
      </w:tblPr>
      <w:tblGrid>
        <w:gridCol w:w="3324"/>
        <w:gridCol w:w="3324"/>
        <w:gridCol w:w="3324"/>
      </w:tblGrid>
      <w:tr>
        <w:tc>
          <w:tcPr>
            <w:tcW w:type="dxa" w:w="3324"/>
          </w:tcPr>
          <w:p>
            <w:r/>
            <w:r>
              <w:rPr>
                <w:b/>
                <w:color w:val="5B666E"/>
                <w:sz w:val="19"/>
              </w:rPr>
              <w:t>Part</w:t>
            </w:r>
          </w:p>
        </w:tc>
        <w:tc>
          <w:tcPr>
            <w:tcW w:type="dxa" w:w="3324"/>
          </w:tcPr>
          <w:p>
            <w:r/>
            <w:r>
              <w:rPr>
                <w:b/>
                <w:color w:val="5B666E"/>
                <w:sz w:val="19"/>
              </w:rPr>
              <w:t>Amount</w:t>
            </w:r>
          </w:p>
        </w:tc>
        <w:tc>
          <w:tcPr>
            <w:tcW w:type="dxa" w:w="3324"/>
          </w:tcPr>
          <w:p>
            <w:r/>
            <w:r>
              <w:rPr>
                <w:b/>
                <w:color w:val="5B666E"/>
                <w:sz w:val="19"/>
              </w:rPr>
              <w:t>Due by</w:t>
            </w:r>
          </w:p>
        </w:tc>
      </w:tr>
      <w:tr>
        <w:tc>
          <w:tcPr>
            <w:tcW w:type="dxa" w:w="3324"/>
          </w:tcPr>
          <w:p>
            <w:r>
              <w:t>[e.g. Booking amount]</w:t>
            </w:r>
          </w:p>
        </w:tc>
        <w:tc>
          <w:tcPr>
            <w:tcW w:type="dxa" w:w="3324"/>
          </w:tcPr>
          <w:p>
            <w:r>
              <w:t>[ ]</w:t>
            </w:r>
          </w:p>
        </w:tc>
        <w:tc>
          <w:tcPr>
            <w:tcW w:type="dxa" w:w="3324"/>
          </w:tcPr>
          <w:p>
            <w:r>
              <w:t>[ ]</w:t>
            </w:r>
          </w:p>
        </w:tc>
      </w:tr>
      <w:tr>
        <w:tc>
          <w:tcPr>
            <w:tcW w:type="dxa" w:w="3324"/>
          </w:tcPr>
          <w:p>
            <w:r>
              <w:t>[ ]</w:t>
            </w:r>
          </w:p>
        </w:tc>
        <w:tc>
          <w:tcPr>
            <w:tcW w:type="dxa" w:w="3324"/>
          </w:tcPr>
          <w:p>
            <w:r>
              <w:t>[ ]</w:t>
            </w:r>
          </w:p>
        </w:tc>
        <w:tc>
          <w:tcPr>
            <w:tcW w:type="dxa" w:w="3324"/>
          </w:tcPr>
          <w:p>
            <w:r>
              <w:t>[ ]</w:t>
            </w:r>
          </w:p>
        </w:tc>
      </w:tr>
      <w:tr>
        <w:tc>
          <w:tcPr>
            <w:tcW w:type="dxa" w:w="3324"/>
          </w:tcPr>
          <w:p>
            <w:r>
              <w:t>[ ]</w:t>
            </w:r>
          </w:p>
        </w:tc>
        <w:tc>
          <w:tcPr>
            <w:tcW w:type="dxa" w:w="3324"/>
          </w:tcPr>
          <w:p>
            <w:r>
              <w:t>[ ]</w:t>
            </w:r>
          </w:p>
        </w:tc>
        <w:tc>
          <w:tcPr>
            <w:tcW w:type="dxa" w:w="3324"/>
          </w:tcPr>
          <w:p>
            <w:r>
              <w:t>[ ]</w:t>
            </w:r>
          </w:p>
        </w:tc>
      </w:tr>
    </w:tbl>
    <w:p/>
    <w:p>
      <w:pPr>
        <w:spacing w:after="120"/>
      </w:pPr>
      <w:r>
        <w:rPr>
          <w:b/>
          <w:color w:val="D2450A"/>
          <w:sz w:val="26"/>
        </w:rPr>
        <w:t>Cancellation</w:t>
      </w:r>
    </w:p>
    <w:p>
      <w:pPr>
        <w:spacing w:after="80"/>
      </w:pPr>
      <w:r>
        <w:rPr>
          <w:b w:val="0"/>
          <w:color w:val="0F1215"/>
          <w:sz w:val="21"/>
        </w:rPr>
        <w:t>[Your own cancellation terms]</w:t>
      </w:r>
    </w:p>
    <w:p>
      <w:pPr>
        <w:spacing w:after="120"/>
      </w:pPr>
      <w:r>
        <w:rPr>
          <w:b/>
          <w:color w:val="D2450A"/>
          <w:sz w:val="26"/>
        </w:rPr>
        <w:t>Terms</w:t>
      </w:r>
    </w:p>
    <w:p>
      <w:pPr>
        <w:spacing w:after="80"/>
      </w:pPr>
      <w:r>
        <w:rPr>
          <w:b w:val="0"/>
          <w:color w:val="0F1215"/>
          <w:sz w:val="21"/>
        </w:rPr>
        <w:t>[Your own terms: validity of prices, what can change before booking, documents needed]</w:t>
      </w:r>
    </w:p>
    <w:p>
      <w:pPr>
        <w:spacing w:after="0"/>
      </w:pPr>
      <w:r>
        <w:rPr>
          <w:b w:val="0"/>
          <w:color w:val="5B666E"/>
          <w:sz w:val="16"/>
        </w:rPr>
        <w:t>Template from triplli.com. Triplli makes this document from your own rates, in your logo and colour.</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