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F1215"/>
          <w:sz w:val="36"/>
        </w:rPr>
        <w:t>[Your agency name]</w:t>
      </w:r>
    </w:p>
    <w:p>
      <w:pPr>
        <w:spacing w:after="200"/>
      </w:pPr>
      <w:r>
        <w:rPr>
          <w:b w:val="0"/>
          <w:color w:val="5B666E"/>
          <w:sz w:val="18"/>
        </w:rPr>
        <w:t>[Address, city]   [Phone]   [Email]   GSTIN [if registered]</w:t>
      </w:r>
    </w:p>
    <w:p>
      <w:pPr>
        <w:spacing w:after="160"/>
      </w:pPr>
      <w:r>
        <w:rPr>
          <w:b/>
          <w:color w:val="D2450A"/>
          <w:sz w:val="32"/>
        </w:rPr>
        <w:t>Itinerary</w:t>
      </w:r>
    </w:p>
    <w:p>
      <w:pPr>
        <w:spacing w:after="40"/>
      </w:pPr>
      <w:r>
        <w:rPr>
          <w:b/>
          <w:color w:val="0F1215"/>
          <w:sz w:val="26"/>
        </w:rPr>
        <w:t>[Trip title, e.g. Rajasthan by road: Jaipur, Jodhpur and Udaipur]</w:t>
      </w:r>
    </w:p>
    <w:p>
      <w:pPr>
        <w:spacing w:after="200"/>
      </w:pPr>
      <w:r>
        <w:rPr>
          <w:b w:val="0"/>
          <w:color w:val="5B666E"/>
          <w:sz w:val="20"/>
        </w:rPr>
        <w:t>Prepared for [customer name]   [travel dates]   [travellers]</w:t>
      </w:r>
    </w:p>
    <w:p>
      <w:pPr>
        <w:spacing w:after="120"/>
      </w:pPr>
      <w:r>
        <w:rPr>
          <w:b/>
          <w:color w:val="D2450A"/>
          <w:sz w:val="26"/>
        </w:rPr>
        <w:t>The trip at a glance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134"/>
          </w:tcPr>
          <w:p>
            <w:r/>
            <w:r>
              <w:rPr>
                <w:b/>
                <w:color w:val="5B666E"/>
                <w:sz w:val="19"/>
              </w:rPr>
              <w:t>Day</w:t>
            </w:r>
          </w:p>
        </w:tc>
        <w:tc>
          <w:tcPr>
            <w:tcW w:type="dxa" w:w="1701"/>
          </w:tcPr>
          <w:p>
            <w:r/>
            <w:r>
              <w:rPr>
                <w:b/>
                <w:color w:val="5B666E"/>
                <w:sz w:val="19"/>
              </w:rPr>
              <w:t>Date</w:t>
            </w:r>
          </w:p>
        </w:tc>
        <w:tc>
          <w:tcPr>
            <w:tcW w:type="dxa" w:w="3969"/>
          </w:tcPr>
          <w:p>
            <w:r/>
            <w:r>
              <w:rPr>
                <w:b/>
                <w:color w:val="5B666E"/>
                <w:sz w:val="19"/>
              </w:rPr>
              <w:t>From and to</w:t>
            </w:r>
          </w:p>
        </w:tc>
        <w:tc>
          <w:tcPr>
            <w:tcW w:type="dxa" w:w="2835"/>
          </w:tcPr>
          <w:p>
            <w:r/>
            <w:r>
              <w:rPr>
                <w:b/>
                <w:color w:val="5B666E"/>
                <w:sz w:val="19"/>
              </w:rPr>
              <w:t>Overnight at</w:t>
            </w:r>
          </w:p>
        </w:tc>
      </w:tr>
      <w:tr>
        <w:tc>
          <w:tcPr>
            <w:tcW w:type="dxa" w:w="1134"/>
          </w:tcPr>
          <w:p>
            <w:r>
              <w:t>Day 1</w:t>
            </w:r>
          </w:p>
        </w:tc>
        <w:tc>
          <w:tcPr>
            <w:tcW w:type="dxa" w:w="1701"/>
          </w:tcPr>
          <w:p>
            <w:r>
              <w:t>[ ]</w:t>
            </w:r>
          </w:p>
        </w:tc>
        <w:tc>
          <w:tcPr>
            <w:tcW w:type="dxa" w:w="3969"/>
          </w:tcPr>
          <w:p>
            <w:r>
              <w:t>[ ]</w:t>
            </w:r>
          </w:p>
        </w:tc>
        <w:tc>
          <w:tcPr>
            <w:tcW w:type="dxa" w:w="2835"/>
          </w:tcPr>
          <w:p>
            <w:r>
              <w:t>[ ]</w:t>
            </w:r>
          </w:p>
        </w:tc>
      </w:tr>
      <w:tr>
        <w:tc>
          <w:tcPr>
            <w:tcW w:type="dxa" w:w="1134"/>
          </w:tcPr>
          <w:p>
            <w:r>
              <w:t>Day 2</w:t>
            </w:r>
          </w:p>
        </w:tc>
        <w:tc>
          <w:tcPr>
            <w:tcW w:type="dxa" w:w="1701"/>
          </w:tcPr>
          <w:p>
            <w:r>
              <w:t>[ ]</w:t>
            </w:r>
          </w:p>
        </w:tc>
        <w:tc>
          <w:tcPr>
            <w:tcW w:type="dxa" w:w="3969"/>
          </w:tcPr>
          <w:p>
            <w:r>
              <w:t>[ ]</w:t>
            </w:r>
          </w:p>
        </w:tc>
        <w:tc>
          <w:tcPr>
            <w:tcW w:type="dxa" w:w="2835"/>
          </w:tcPr>
          <w:p>
            <w:r>
              <w:t>[ ]</w:t>
            </w:r>
          </w:p>
        </w:tc>
      </w:tr>
      <w:tr>
        <w:tc>
          <w:tcPr>
            <w:tcW w:type="dxa" w:w="1134"/>
          </w:tcPr>
          <w:p>
            <w:r>
              <w:t>Day 3</w:t>
            </w:r>
          </w:p>
        </w:tc>
        <w:tc>
          <w:tcPr>
            <w:tcW w:type="dxa" w:w="1701"/>
          </w:tcPr>
          <w:p>
            <w:r>
              <w:t>[ ]</w:t>
            </w:r>
          </w:p>
        </w:tc>
        <w:tc>
          <w:tcPr>
            <w:tcW w:type="dxa" w:w="3969"/>
          </w:tcPr>
          <w:p>
            <w:r>
              <w:t>[ ]</w:t>
            </w:r>
          </w:p>
        </w:tc>
        <w:tc>
          <w:tcPr>
            <w:tcW w:type="dxa" w:w="2835"/>
          </w:tcPr>
          <w:p>
            <w:r>
              <w:t>[ ]</w:t>
            </w:r>
          </w:p>
        </w:tc>
      </w:tr>
      <w:tr>
        <w:tc>
          <w:tcPr>
            <w:tcW w:type="dxa" w:w="1134"/>
          </w:tcPr>
          <w:p>
            <w:r>
              <w:t>Day 4</w:t>
            </w:r>
          </w:p>
        </w:tc>
        <w:tc>
          <w:tcPr>
            <w:tcW w:type="dxa" w:w="1701"/>
          </w:tcPr>
          <w:p>
            <w:r>
              <w:t>[ ]</w:t>
            </w:r>
          </w:p>
        </w:tc>
        <w:tc>
          <w:tcPr>
            <w:tcW w:type="dxa" w:w="3969"/>
          </w:tcPr>
          <w:p>
            <w:r>
              <w:t>[ ]</w:t>
            </w:r>
          </w:p>
        </w:tc>
        <w:tc>
          <w:tcPr>
            <w:tcW w:type="dxa" w:w="2835"/>
          </w:tcPr>
          <w:p>
            <w:r>
              <w:t>[ ]</w:t>
            </w:r>
          </w:p>
        </w:tc>
      </w:tr>
      <w:tr>
        <w:tc>
          <w:tcPr>
            <w:tcW w:type="dxa" w:w="1134"/>
          </w:tcPr>
          <w:p>
            <w:r>
              <w:t>Day 5</w:t>
            </w:r>
          </w:p>
        </w:tc>
        <w:tc>
          <w:tcPr>
            <w:tcW w:type="dxa" w:w="1701"/>
          </w:tcPr>
          <w:p>
            <w:r>
              <w:t>[ ]</w:t>
            </w:r>
          </w:p>
        </w:tc>
        <w:tc>
          <w:tcPr>
            <w:tcW w:type="dxa" w:w="3969"/>
          </w:tcPr>
          <w:p>
            <w:r>
              <w:t>[ ]</w:t>
            </w:r>
          </w:p>
        </w:tc>
        <w:tc>
          <w:tcPr>
            <w:tcW w:type="dxa" w:w="2835"/>
          </w:tcPr>
          <w:p>
            <w:r>
              <w:t>[ ]</w:t>
            </w:r>
          </w:p>
        </w:tc>
      </w:tr>
    </w:tbl>
    <w:p/>
    <w:p>
      <w:pPr>
        <w:spacing w:after="120"/>
      </w:pPr>
      <w:r>
        <w:rPr>
          <w:b/>
          <w:color w:val="D2450A"/>
          <w:sz w:val="26"/>
        </w:rPr>
        <w:t>Day 1   [date]   [title, e.g. Arrive in Jaipur]</w:t>
      </w:r>
    </w:p>
    <w:p>
      <w:pPr>
        <w:spacing w:after="80"/>
      </w:pPr>
      <w:r>
        <w:rPr>
          <w:b w:val="0"/>
          <w:color w:val="0F1215"/>
          <w:sz w:val="21"/>
        </w:rPr>
        <w:t>[Morning: ]</w:t>
      </w:r>
    </w:p>
    <w:p>
      <w:pPr>
        <w:spacing w:after="80"/>
      </w:pPr>
      <w:r>
        <w:rPr>
          <w:b w:val="0"/>
          <w:color w:val="0F1215"/>
          <w:sz w:val="21"/>
        </w:rPr>
        <w:t>[Afternoon: ]</w:t>
      </w:r>
    </w:p>
    <w:p>
      <w:pPr>
        <w:spacing w:after="80"/>
      </w:pPr>
      <w:r>
        <w:rPr>
          <w:b w:val="0"/>
          <w:color w:val="0F1215"/>
          <w:sz w:val="21"/>
        </w:rPr>
        <w:t>[Evening: ]</w:t>
      </w:r>
    </w:p>
    <w:p>
      <w:pPr>
        <w:spacing w:after="200"/>
      </w:pPr>
      <w:r>
        <w:rPr>
          <w:b w:val="0"/>
          <w:color w:val="5B666E"/>
          <w:sz w:val="19"/>
        </w:rPr>
        <w:t>Overnight at [hotel, city]   Meals [e.g. breakfast]   Travel [e.g. 4 hours by road]</w:t>
      </w:r>
    </w:p>
    <w:p>
      <w:pPr>
        <w:spacing w:after="120"/>
      </w:pPr>
      <w:r>
        <w:rPr>
          <w:b/>
          <w:color w:val="D2450A"/>
          <w:sz w:val="26"/>
        </w:rPr>
        <w:t>Day 2   [date]   [title, e.g. Arrive in Jaipur]</w:t>
      </w:r>
    </w:p>
    <w:p>
      <w:pPr>
        <w:spacing w:after="80"/>
      </w:pPr>
      <w:r>
        <w:rPr>
          <w:b w:val="0"/>
          <w:color w:val="0F1215"/>
          <w:sz w:val="21"/>
        </w:rPr>
        <w:t>[Morning: ]</w:t>
      </w:r>
    </w:p>
    <w:p>
      <w:pPr>
        <w:spacing w:after="80"/>
      </w:pPr>
      <w:r>
        <w:rPr>
          <w:b w:val="0"/>
          <w:color w:val="0F1215"/>
          <w:sz w:val="21"/>
        </w:rPr>
        <w:t>[Afternoon: ]</w:t>
      </w:r>
    </w:p>
    <w:p>
      <w:pPr>
        <w:spacing w:after="80"/>
      </w:pPr>
      <w:r>
        <w:rPr>
          <w:b w:val="0"/>
          <w:color w:val="0F1215"/>
          <w:sz w:val="21"/>
        </w:rPr>
        <w:t>[Evening: ]</w:t>
      </w:r>
    </w:p>
    <w:p>
      <w:pPr>
        <w:spacing w:after="200"/>
      </w:pPr>
      <w:r>
        <w:rPr>
          <w:b w:val="0"/>
          <w:color w:val="5B666E"/>
          <w:sz w:val="19"/>
        </w:rPr>
        <w:t>Overnight at [hotel, city]   Meals [e.g. breakfast]   Travel [e.g. 4 hours by road]</w:t>
      </w:r>
    </w:p>
    <w:p>
      <w:pPr>
        <w:spacing w:after="120"/>
      </w:pPr>
      <w:r>
        <w:rPr>
          <w:b/>
          <w:color w:val="D2450A"/>
          <w:sz w:val="26"/>
        </w:rPr>
        <w:t>Day 3   [date]   [title, e.g. Arrive in Jaipur]</w:t>
      </w:r>
    </w:p>
    <w:p>
      <w:pPr>
        <w:spacing w:after="80"/>
      </w:pPr>
      <w:r>
        <w:rPr>
          <w:b w:val="0"/>
          <w:color w:val="0F1215"/>
          <w:sz w:val="21"/>
        </w:rPr>
        <w:t>[Morning: ]</w:t>
      </w:r>
    </w:p>
    <w:p>
      <w:pPr>
        <w:spacing w:after="80"/>
      </w:pPr>
      <w:r>
        <w:rPr>
          <w:b w:val="0"/>
          <w:color w:val="0F1215"/>
          <w:sz w:val="21"/>
        </w:rPr>
        <w:t>[Afternoon: ]</w:t>
      </w:r>
    </w:p>
    <w:p>
      <w:pPr>
        <w:spacing w:after="80"/>
      </w:pPr>
      <w:r>
        <w:rPr>
          <w:b w:val="0"/>
          <w:color w:val="0F1215"/>
          <w:sz w:val="21"/>
        </w:rPr>
        <w:t>[Evening: ]</w:t>
      </w:r>
    </w:p>
    <w:p>
      <w:pPr>
        <w:spacing w:after="200"/>
      </w:pPr>
      <w:r>
        <w:rPr>
          <w:b w:val="0"/>
          <w:color w:val="5B666E"/>
          <w:sz w:val="19"/>
        </w:rPr>
        <w:t>Overnight at [hotel, city]   Meals [e.g. breakfast]   Travel [e.g. 4 hours by road]</w:t>
      </w:r>
    </w:p>
    <w:p>
      <w:pPr>
        <w:spacing w:after="120"/>
      </w:pPr>
      <w:r>
        <w:rPr>
          <w:b/>
          <w:color w:val="D2450A"/>
          <w:sz w:val="26"/>
        </w:rPr>
        <w:t>Day 4   [date]   [title, e.g. Arrive in Jaipur]</w:t>
      </w:r>
    </w:p>
    <w:p>
      <w:pPr>
        <w:spacing w:after="80"/>
      </w:pPr>
      <w:r>
        <w:rPr>
          <w:b w:val="0"/>
          <w:color w:val="0F1215"/>
          <w:sz w:val="21"/>
        </w:rPr>
        <w:t>[Morning: ]</w:t>
      </w:r>
    </w:p>
    <w:p>
      <w:pPr>
        <w:spacing w:after="80"/>
      </w:pPr>
      <w:r>
        <w:rPr>
          <w:b w:val="0"/>
          <w:color w:val="0F1215"/>
          <w:sz w:val="21"/>
        </w:rPr>
        <w:t>[Afternoon: ]</w:t>
      </w:r>
    </w:p>
    <w:p>
      <w:pPr>
        <w:spacing w:after="80"/>
      </w:pPr>
      <w:r>
        <w:rPr>
          <w:b w:val="0"/>
          <w:color w:val="0F1215"/>
          <w:sz w:val="21"/>
        </w:rPr>
        <w:t>[Evening: ]</w:t>
      </w:r>
    </w:p>
    <w:p>
      <w:pPr>
        <w:spacing w:after="200"/>
      </w:pPr>
      <w:r>
        <w:rPr>
          <w:b w:val="0"/>
          <w:color w:val="5B666E"/>
          <w:sz w:val="19"/>
        </w:rPr>
        <w:t>Overnight at [hotel, city]   Meals [e.g. breakfast]   Travel [e.g. 4 hours by road]</w:t>
      </w:r>
    </w:p>
    <w:p>
      <w:pPr>
        <w:spacing w:after="120"/>
      </w:pPr>
      <w:r>
        <w:rPr>
          <w:b/>
          <w:color w:val="D2450A"/>
          <w:sz w:val="26"/>
        </w:rPr>
        <w:t>Day 5   [date]   [title, e.g. Arrive in Jaipur]</w:t>
      </w:r>
    </w:p>
    <w:p>
      <w:pPr>
        <w:spacing w:after="80"/>
      </w:pPr>
      <w:r>
        <w:rPr>
          <w:b w:val="0"/>
          <w:color w:val="0F1215"/>
          <w:sz w:val="21"/>
        </w:rPr>
        <w:t>[Morning: ]</w:t>
      </w:r>
    </w:p>
    <w:p>
      <w:pPr>
        <w:spacing w:after="80"/>
      </w:pPr>
      <w:r>
        <w:rPr>
          <w:b w:val="0"/>
          <w:color w:val="0F1215"/>
          <w:sz w:val="21"/>
        </w:rPr>
        <w:t>[Afternoon: ]</w:t>
      </w:r>
    </w:p>
    <w:p>
      <w:pPr>
        <w:spacing w:after="80"/>
      </w:pPr>
      <w:r>
        <w:rPr>
          <w:b w:val="0"/>
          <w:color w:val="0F1215"/>
          <w:sz w:val="21"/>
        </w:rPr>
        <w:t>[Evening: ]</w:t>
      </w:r>
    </w:p>
    <w:p>
      <w:pPr>
        <w:spacing w:after="200"/>
      </w:pPr>
      <w:r>
        <w:rPr>
          <w:b w:val="0"/>
          <w:color w:val="5B666E"/>
          <w:sz w:val="19"/>
        </w:rPr>
        <w:t>Overnight at [hotel, city]   Meals [e.g. breakfast]   Travel [e.g. 4 hours by road]</w:t>
      </w:r>
    </w:p>
    <w:p>
      <w:pPr>
        <w:spacing w:after="120"/>
      </w:pPr>
      <w:r>
        <w:rPr>
          <w:b/>
          <w:color w:val="D2450A"/>
          <w:sz w:val="26"/>
        </w:rPr>
        <w:t>Hotels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color w:val="5B666E"/>
                <w:sz w:val="19"/>
              </w:rPr>
              <w:t>City</w:t>
            </w:r>
          </w:p>
        </w:tc>
        <w:tc>
          <w:tcPr>
            <w:tcW w:type="dxa" w:w="1994"/>
          </w:tcPr>
          <w:p>
            <w:r/>
            <w:r>
              <w:rPr>
                <w:b/>
                <w:color w:val="5B666E"/>
                <w:sz w:val="19"/>
              </w:rPr>
              <w:t>Hotel</w:t>
            </w:r>
          </w:p>
        </w:tc>
        <w:tc>
          <w:tcPr>
            <w:tcW w:type="dxa" w:w="1994"/>
          </w:tcPr>
          <w:p>
            <w:r/>
            <w:r>
              <w:rPr>
                <w:b/>
                <w:color w:val="5B666E"/>
                <w:sz w:val="19"/>
              </w:rPr>
              <w:t>Room type</w:t>
            </w:r>
          </w:p>
        </w:tc>
        <w:tc>
          <w:tcPr>
            <w:tcW w:type="dxa" w:w="1994"/>
          </w:tcPr>
          <w:p>
            <w:r/>
            <w:r>
              <w:rPr>
                <w:b/>
                <w:color w:val="5B666E"/>
                <w:sz w:val="19"/>
              </w:rPr>
              <w:t>Meal plan</w:t>
            </w:r>
          </w:p>
        </w:tc>
        <w:tc>
          <w:tcPr>
            <w:tcW w:type="dxa" w:w="1994"/>
          </w:tcPr>
          <w:p>
            <w:r/>
            <w:r>
              <w:rPr>
                <w:b/>
                <w:color w:val="5B666E"/>
                <w:sz w:val="19"/>
              </w:rPr>
              <w:t>Nights</w:t>
            </w:r>
          </w:p>
        </w:tc>
      </w:tr>
      <w:tr>
        <w:tc>
          <w:tcPr>
            <w:tcW w:type="dxa" w:w="1994"/>
          </w:tcPr>
          <w:p>
            <w:r>
              <w:t>[ ]</w:t>
            </w:r>
          </w:p>
        </w:tc>
        <w:tc>
          <w:tcPr>
            <w:tcW w:type="dxa" w:w="1994"/>
          </w:tcPr>
          <w:p>
            <w:r>
              <w:t>[ ]</w:t>
            </w:r>
          </w:p>
        </w:tc>
        <w:tc>
          <w:tcPr>
            <w:tcW w:type="dxa" w:w="1994"/>
          </w:tcPr>
          <w:p>
            <w:r>
              <w:t>[ ]</w:t>
            </w:r>
          </w:p>
        </w:tc>
        <w:tc>
          <w:tcPr>
            <w:tcW w:type="dxa" w:w="1994"/>
          </w:tcPr>
          <w:p>
            <w:r>
              <w:t>[ ]</w:t>
            </w:r>
          </w:p>
        </w:tc>
        <w:tc>
          <w:tcPr>
            <w:tcW w:type="dxa" w:w="1994"/>
          </w:tcPr>
          <w:p>
            <w:r>
              <w:t>[ ]</w:t>
            </w:r>
          </w:p>
        </w:tc>
      </w:tr>
      <w:tr>
        <w:tc>
          <w:tcPr>
            <w:tcW w:type="dxa" w:w="1994"/>
          </w:tcPr>
          <w:p>
            <w:r>
              <w:t>[ ]</w:t>
            </w:r>
          </w:p>
        </w:tc>
        <w:tc>
          <w:tcPr>
            <w:tcW w:type="dxa" w:w="1994"/>
          </w:tcPr>
          <w:p>
            <w:r>
              <w:t>[ ]</w:t>
            </w:r>
          </w:p>
        </w:tc>
        <w:tc>
          <w:tcPr>
            <w:tcW w:type="dxa" w:w="1994"/>
          </w:tcPr>
          <w:p>
            <w:r>
              <w:t>[ ]</w:t>
            </w:r>
          </w:p>
        </w:tc>
        <w:tc>
          <w:tcPr>
            <w:tcW w:type="dxa" w:w="1994"/>
          </w:tcPr>
          <w:p>
            <w:r>
              <w:t>[ ]</w:t>
            </w:r>
          </w:p>
        </w:tc>
        <w:tc>
          <w:tcPr>
            <w:tcW w:type="dxa" w:w="1994"/>
          </w:tcPr>
          <w:p>
            <w:r>
              <w:t>[ ]</w:t>
            </w:r>
          </w:p>
        </w:tc>
      </w:tr>
      <w:tr>
        <w:tc>
          <w:tcPr>
            <w:tcW w:type="dxa" w:w="1994"/>
          </w:tcPr>
          <w:p>
            <w:r>
              <w:t>[ ]</w:t>
            </w:r>
          </w:p>
        </w:tc>
        <w:tc>
          <w:tcPr>
            <w:tcW w:type="dxa" w:w="1994"/>
          </w:tcPr>
          <w:p>
            <w:r>
              <w:t>[ ]</w:t>
            </w:r>
          </w:p>
        </w:tc>
        <w:tc>
          <w:tcPr>
            <w:tcW w:type="dxa" w:w="1994"/>
          </w:tcPr>
          <w:p>
            <w:r>
              <w:t>[ ]</w:t>
            </w:r>
          </w:p>
        </w:tc>
        <w:tc>
          <w:tcPr>
            <w:tcW w:type="dxa" w:w="1994"/>
          </w:tcPr>
          <w:p>
            <w:r>
              <w:t>[ ]</w:t>
            </w:r>
          </w:p>
        </w:tc>
        <w:tc>
          <w:tcPr>
            <w:tcW w:type="dxa" w:w="1994"/>
          </w:tcPr>
          <w:p>
            <w:r>
              <w:t>[ ]</w:t>
            </w:r>
          </w:p>
        </w:tc>
      </w:tr>
    </w:tbl>
    <w:p/>
    <w:p>
      <w:pPr>
        <w:spacing w:after="120"/>
      </w:pPr>
      <w:r>
        <w:rPr>
          <w:b/>
          <w:color w:val="D2450A"/>
          <w:sz w:val="26"/>
        </w:rPr>
        <w:t>Inclusions</w:t>
      </w:r>
    </w:p>
    <w:p>
      <w:pPr>
        <w:pStyle w:val="ListBullet"/>
      </w:pPr>
      <w:r>
        <w:t>[ ]</w:t>
      </w:r>
    </w:p>
    <w:p>
      <w:pPr>
        <w:pStyle w:val="ListBullet"/>
      </w:pPr>
      <w:r>
        <w:t>[ ]</w:t>
      </w:r>
    </w:p>
    <w:p>
      <w:pPr>
        <w:pStyle w:val="ListBullet"/>
      </w:pPr>
      <w:r>
        <w:t>[ ]</w:t>
      </w:r>
    </w:p>
    <w:p>
      <w:pPr>
        <w:spacing w:after="120"/>
      </w:pPr>
      <w:r>
        <w:rPr>
          <w:b/>
          <w:color w:val="D2450A"/>
          <w:sz w:val="26"/>
        </w:rPr>
        <w:t>Exclusions</w:t>
      </w:r>
    </w:p>
    <w:p>
      <w:pPr>
        <w:pStyle w:val="ListBullet"/>
      </w:pPr>
      <w:r>
        <w:t>[ ]</w:t>
      </w:r>
    </w:p>
    <w:p>
      <w:pPr>
        <w:pStyle w:val="ListBullet"/>
      </w:pPr>
      <w:r>
        <w:t>[ ]</w:t>
      </w:r>
    </w:p>
    <w:p>
      <w:pPr>
        <w:pStyle w:val="ListBullet"/>
      </w:pPr>
      <w:r>
        <w:t>[ ]</w:t>
      </w:r>
    </w:p>
    <w:p>
      <w:pPr>
        <w:spacing w:after="120"/>
      </w:pPr>
      <w:r>
        <w:rPr>
          <w:b/>
          <w:color w:val="D2450A"/>
          <w:sz w:val="26"/>
        </w:rPr>
        <w:t>Before you travel</w:t>
      </w:r>
    </w:p>
    <w:p>
      <w:pPr>
        <w:pStyle w:val="ListBullet"/>
      </w:pPr>
      <w:r>
        <w:t>[ ]</w:t>
      </w:r>
    </w:p>
    <w:p>
      <w:pPr>
        <w:pStyle w:val="ListBullet"/>
      </w:pPr>
      <w:r>
        <w:t>[ ]</w:t>
      </w:r>
    </w:p>
    <w:p>
      <w:pPr>
        <w:pStyle w:val="ListBullet"/>
      </w:pPr>
      <w:r>
        <w:t>[ ]</w:t>
      </w:r>
    </w:p>
    <w:p>
      <w:pPr>
        <w:spacing w:after="120"/>
      </w:pPr>
      <w:r>
        <w:rPr>
          <w:b/>
          <w:color w:val="D2450A"/>
          <w:sz w:val="26"/>
        </w:rPr>
        <w:t>Contacts on the trip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color w:val="5B666E"/>
                <w:sz w:val="19"/>
              </w:rPr>
              <w:t>Who</w:t>
            </w:r>
          </w:p>
        </w:tc>
        <w:tc>
          <w:tcPr>
            <w:tcW w:type="dxa" w:w="3324"/>
          </w:tcPr>
          <w:p>
            <w:r/>
            <w:r>
              <w:rPr>
                <w:b/>
                <w:color w:val="5B666E"/>
                <w:sz w:val="19"/>
              </w:rPr>
              <w:t>Name</w:t>
            </w:r>
          </w:p>
        </w:tc>
        <w:tc>
          <w:tcPr>
            <w:tcW w:type="dxa" w:w="3324"/>
          </w:tcPr>
          <w:p>
            <w:r/>
            <w:r>
              <w:rPr>
                <w:b/>
                <w:color w:val="5B666E"/>
                <w:sz w:val="19"/>
              </w:rPr>
              <w:t>Phone</w:t>
            </w:r>
          </w:p>
        </w:tc>
      </w:tr>
      <w:tr>
        <w:tc>
          <w:tcPr>
            <w:tcW w:type="dxa" w:w="3324"/>
          </w:tcPr>
          <w:p>
            <w:r>
              <w:t>Your agent</w:t>
            </w:r>
          </w:p>
        </w:tc>
        <w:tc>
          <w:tcPr>
            <w:tcW w:type="dxa" w:w="3324"/>
          </w:tcPr>
          <w:p>
            <w:r>
              <w:t>[ ]</w:t>
            </w:r>
          </w:p>
        </w:tc>
        <w:tc>
          <w:tcPr>
            <w:tcW w:type="dxa" w:w="3324"/>
          </w:tcPr>
          <w:p>
            <w:r>
              <w:t>[ ]</w:t>
            </w:r>
          </w:p>
        </w:tc>
      </w:tr>
      <w:tr>
        <w:tc>
          <w:tcPr>
            <w:tcW w:type="dxa" w:w="3324"/>
          </w:tcPr>
          <w:p>
            <w:r>
              <w:t>Driver</w:t>
            </w:r>
          </w:p>
        </w:tc>
        <w:tc>
          <w:tcPr>
            <w:tcW w:type="dxa" w:w="3324"/>
          </w:tcPr>
          <w:p>
            <w:r>
              <w:t>[ ]</w:t>
            </w:r>
          </w:p>
        </w:tc>
        <w:tc>
          <w:tcPr>
            <w:tcW w:type="dxa" w:w="3324"/>
          </w:tcPr>
          <w:p>
            <w:r>
              <w:t>[ ]</w:t>
            </w:r>
          </w:p>
        </w:tc>
      </w:tr>
      <w:tr>
        <w:tc>
          <w:tcPr>
            <w:tcW w:type="dxa" w:w="3324"/>
          </w:tcPr>
          <w:p>
            <w:r>
              <w:t>Local contact</w:t>
            </w:r>
          </w:p>
        </w:tc>
        <w:tc>
          <w:tcPr>
            <w:tcW w:type="dxa" w:w="3324"/>
          </w:tcPr>
          <w:p>
            <w:r>
              <w:t>[ ]</w:t>
            </w:r>
          </w:p>
        </w:tc>
        <w:tc>
          <w:tcPr>
            <w:tcW w:type="dxa" w:w="3324"/>
          </w:tcPr>
          <w:p>
            <w:r>
              <w:t>[ ]</w:t>
            </w:r>
          </w:p>
        </w:tc>
      </w:tr>
    </w:tbl>
    <w:p/>
    <w:p>
      <w:pPr>
        <w:spacing w:after="0"/>
      </w:pPr>
      <w:r>
        <w:rPr>
          <w:b w:val="0"/>
          <w:color w:val="5B666E"/>
          <w:sz w:val="16"/>
        </w:rPr>
        <w:t>Template from triplli.com. Triplli makes this document from your own rates, in your logo and colour.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